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ראיון, חפץ, מתכון ומסע יכולים לספר על 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רושמים בכרטיס חפץ ולזהות שאלות פתוחות וסגורות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מורשת אישית, קהילתית ומשותפת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 לי על הבית שבו 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שם החפץ, ממה עשוי, ממי הגיע, מתי ומה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תערובת של מתכונים משני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שהכיתה כולה היא מפה של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לבחור מורשת קהילה או עם, או להתחיל מורשת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סגורה מקבלת תשובה קצרה, פתוחה מקבלת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טוב כולל גם שאלות פתוחות שמזמינות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מתכון נושא היסטוריה ומסורת של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כרטיס חפץ כולל שם, חומר, מקור, תאריך וסיפור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ממליץ לבחור מורשת קהילה או עם, או להתחיל מורשת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המפה הראתה שהכיתה כולה מייצגת מקומות שונים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הפרויקט המסכם שמחבר את כל הסיפורים האישיים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מוזיאון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(שיחה עם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(דף עם שם, חומר, מקור ותאריך של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(תערובת של טעמים ומסורות מכמה 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(מראה מאיפה הגיעו משפחות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(תערוכה משותפת של חפצי מורשת)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פרויקט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חפץ, מתכון או סיפור מהמשפחה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לראיין בן משפחה ולשאול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למלא כרטיס חפץ עם כל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לסמן את מקור המשפחה על מפה 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להציג את החפץ והסיפור במוזיאון הכיתתי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הכנת שאלות מראש, שילוב שאלות פתוחות וסגורות, הקשבה לסיפור, ואפשר לשאול שאלות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מתכון עובר מדור לדור, מספר על מקום ותרבות, ולפעמים משלב כמה מסורות משפחתיות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גילו שהכיתה מייצגת מקומות שונים בעולם, מה שמלמד על גיוון וחיבור בין 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חשוב שיסבירו את הקשר לחפץ ואת הסיפור שמאחוריו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פתוחה - תשובה ארוכה וסיפור, סגורה -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החפץ, חומר, מקור, תאריך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שמחברת חפץ לסיפור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חפץ מהבית כדוגמה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ההבדל בין שאלה פתוחה לסגורה לפני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בניית המוזיאון הכיתתי כדאי להקדיש זמן למילוי כרטיס חפץ מלא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איך חפץ, מתכון, ראיון או סיפור מסע יכולים לספר על המורשת של המשפחה. בסוף התלמידים בונים יחד מוזיאון מורשת כיתתי.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מהשאלות הבאות היא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נולדת במרוקו?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אוהבת 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רושמים בכרטיס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שם החפץ, ממה עשוי, ממי הגיע, מתי ומה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שם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במתכון של נועם?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תערובת של מתכונים משני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נקנה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גילו התלמידים כשסימנו את המסעות על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שכולם הגיעו מאותו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להם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שהכיתה כולה היא מפה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שהמפה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ממליץ הטקסט למי שאין לו חפץ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להמציא סיפור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מורשת קהילה או עם, או להתחיל מורשת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חפץ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שאלה סגורה לשאלה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סגורה מקבלת תשובה קצרה, פתוחה מקבלת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פתוחה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סגורה תמיד שאלה על 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טוב שואלים רק שאלות סגורות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משפחתי יכול להיחשב חפץ שמספר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חפץ כולל רק את מחיר החפץ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שאין לו חפץ משפחתי מיוחד יכול לבחור מורשת קהילתית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המפה עם הסיכות הראתה שכל התלמידים הגיעו מאותו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מוזיאון מורשת כיתתי נבנה מחפצים וסיפורים של כל התלמידים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__________ היא שאלה שמקבלים עליה תשובה ארוכה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חפץ רושמים את השם, החומר, המקור, התאריך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מתכון יכול להיות חפץ מורשת כי הוא נושא __________ של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המפה הכיתתית סימנו את ה__________ של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שאין לו חפץ מיוחד יכול לבחור מורשת __________ או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השיעור הכיתה בונה יחד __________ מורשת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תערוכה משותפת של חפצי 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מאיפה הגיעו משפחות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דף עם שם, חומר, מקור ותאריך של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עם סיכות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עם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מוזיאון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תערובת של טעמים ומסורות מכמה 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פרויקט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את מקור המשפחה על מפה כיתתית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את החפץ והסיפור במוזיאון הכיתתי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לראיין בן משפחה ולשאול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כרטיס חפץ עם כל הפרטים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חפץ, מתכון או סיפור מהמשפחה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אילו שלבים יש בראיון טוב.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גם מתכון יכול להיות חפץ שמספר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הכיתה גילתה מהמפה עם הסיכות, ומה זה מלמד?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איזה חפץ, מתכון או סיפור הייתם בוחרים להציג במוזיאון הכיתתי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בכרטיס 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מורשת ולמה הוא חשוב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