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🌳 מורשת חיה – מה עובר מדור לדור ואיך היא חיה בתוכנו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המורשת שלי – חפץ מספר סיפור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עולים חדשים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להבין איך ראיון, חפץ, מתכון ומסע יכולים לספר על מורשת משפחתית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לדעת מה רושמים בכרטיס חפץ ולזהות שאלות פתוחות וסגורות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לתרגל חשיבה על מורשת אישית, קהילתית ומשותפת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גרסת עולים חדשים – מילון מילים בראש הדף, משפטים קצרים ושפה פשוטה. אפשר לאפשר מילון אישי ועבודה בזוגות.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בחירה - הבנה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ב – ספר לי על הבית שבו גדלת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ב – את שם החפץ, ממה עשוי, ממי הגיע, מתי ומה הסיפור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א – הוא תערובת של מתכונים משני בתים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ג – שהכיתה כולה היא מפה של העולם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ג – לבחור מורשת קהילה או עם, או להתחיל מורשת חדשה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6. ב – סגורה מקבלת תשובה קצרה, פתוחה מקבלת סיפור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נכון או לא 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לא נכון – ראיון טוב כולל גם שאלות פתוחות שמזמינות סיפור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נכון – מתכון נושא היסטוריה ומסורת של המשפחה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לא נכון – כרטיס חפץ כולל שם, חומר, מקור, תאריך וסיפור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נכון – הטקסט ממליץ לבחור מורשת קהילה או עם, או להתחיל מורשת חדשה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לא נכון – המפה הראתה שהכיתה כולה מייצגת מקומות שונים בעולם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6. נכון – זהו הפרויקט המסכם שמחבר את כל הסיפורים האישיים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השלמת משפטים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פתוחה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סיפור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היסטוריה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מסעות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קהילה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6. מוזיאון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התאמה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ד (שיחה עם שאלות כדי ללמוד על מישהו)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ה (דף עם שם, חומר, מקור ותאריך של חפץ)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א (תערובת של טעמים ומסורות מכמה בתים)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ב (מראה מאיפה הגיעו משפחות התלמידים)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 – ג (תערוכה משותפת של חפצי מורשת)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סדר נכון - בניית פרויקט מורשת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לבחור חפץ, מתכון או סיפור מהמשפחה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לראיין בן משפחה ולשאול שאלות פתוחות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למלא כרטיס חפץ עם כל הפרטים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לסמן את מקור המשפחה על מפה כיתתית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להציג את החפץ והסיפור במוזיאון הכיתתי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ו׳ – שאלות פתוחות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תשובה טובה תכלול: הכנת שאלות מראש, שילוב שאלות פתוחות וסגורות, הקשבה לסיפור, ואפשר לשאול שאלות המשך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מתכון עובר מדור לדור, מספר על מקום ותרבות, ולפעמים משלב כמה מסורות משפחתיות יחד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גילו שהכיתה מייצגת מקומות שונים בעולם, מה שמלמד על גיוון וחיבור בין תרבויות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תשובה אישית - חשוב שיסבירו את הקשר לחפץ ואת הסיפור שמאחוריו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פתוחה - תשובה ארוכה וסיפור, סגורה - תשובה קצרה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שם החפץ, חומר, מקור, תאריך וסיפור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כל תשובה הגיונית שמחברת חפץ לסיפור משפחתי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אפשר להביא חפץ מהבית כדוגמה לפני תחילת התרגול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מומלץ לתרגל בזוגות את ההבדל בין שאלה פתוחה לסגורה לפני הראיון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לקראת בניית המוזיאון הכיתתי כדאי להקדיש זמן למילוי כרטיס חפץ מלא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🌳 מורשת חיה – מה עובר מדור לדור ואיך היא חיה בתוכנו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המורשת שלי – חפץ מספר סיפור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עולים חדשים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24"/>
          <w:rtl/>
          <w:szCs w:val="24"/>
        </w:rPr>
        <w:t>בשיעור לומדים: חפץ, מתכון או סיפור יכולים לספר על המשפחה שלנו. בסוף כל הכיתה בונה יחד מוזיאון קטן.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📖 מילון קטן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מורשת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דברים שעוברים מהמשפחה או מהעם מדור לדור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ראיון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שיחה שבה שואלים שאלות כדי ללמוד על מישהו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שאלה פתוחה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שאלה שהתשובה עליה ארוכה ומספרת סיפור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שאלה סגורה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שאלה שהתשובה עליה קצרה, כן או לא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כרטיס חפץ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דף שמתאר חפץ - שם, חומר, מקור, תאריך וסיפור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מסע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הדרך שבה אנשים או משפחות עברו ממקום למקום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מוזיאון כיתתי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תערוכה שהכיתה בונה יחד עם חפצי מורשת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8"/>
          <w:rtl/>
          <w:szCs w:val="28"/>
          <w:bCs/>
        </w:rPr>
        <w:t>1  חלק א׳ – בחירה - הבנה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איזו שאלה מקבלת תשובה ארוכה עם סיפור?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נולדת במרוקו?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ספר לי על הבית שבו גדלת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היה לך כלב?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את אוהבת תה?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מה כותבים על חפץ מורשת?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רק את המחיר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את שם החפץ, ממה עשוי, ממי הגיע, מתי ומה הסיפור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רק את הצבע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רק את שם הילד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למה המתכון של נועם מעניין?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הוא תערובת של מתכונים משני בתים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הוא נקנה בחנות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הוא חדש לגמרי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אין בו סיפור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4. מה למדו התלמידים מהסיכות על המפה?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שכולם הגיעו מאותו מקום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שאין להם מורשת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שהכיתה כולה היא מפה של העולם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שהמפה קטנה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5. מה עושים אם אין חפץ מיוחד בבית?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לא להשתתף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להמציא סיפור לא נכון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לבחור מורשת קהילה או עם, או להתחיל מורשת חדשה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לקנות חפץ ישן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6. מה ההבדל בין שני סוגי השאלות?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אין הבדל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סגורה מקבלת תשובה קצרה, פתוחה מקבלת סיפור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פתוחה קצרה יותר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סגורה תמיד שאלה על צבעים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8"/>
          <w:rtl/>
          <w:szCs w:val="28"/>
          <w:bCs/>
        </w:rPr>
        <w:t>2  חלק ב׳ – נכון או לא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בראיון טוב שואלים רק שאלות סגורות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מתכון משפחתי יכול להיחשב חפץ שמספר סיפור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כרטיס חפץ כולל רק את מחיר החפץ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מי שאין לו חפץ משפחתי מיוחד יכול לבחור מורשת קהילתית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המפה עם הסיכות הראתה שכל התלמידים הגיעו מאותו מקום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6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מוזיאון מורשת כיתתי נבנה מחפצים וסיפורים של כל התלמידים יחד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8"/>
          <w:rtl/>
          <w:szCs w:val="28"/>
          <w:bCs/>
        </w:rPr>
        <w:t>3  חלק ג׳ – השלמת משפטים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1. שאלה __________ היא שאלה שמקבלים עליה תשובה ארוכה וסיפור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2. בכרטיס חפץ רושמים את השם, החומר, המקור, התאריך וה__________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3. מתכון יכול להיות חפץ מורשת כי הוא נושא __________ של המשפחה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4. על המפה הכיתתית סימנו את ה__________ של המשפחות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5. מי שאין לו חפץ מיוחד יכול לבחור מורשת __________ או עם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6. בסוף השיעור הכיתה בונה יחד __________ מורשת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8"/>
          <w:rtl/>
          <w:szCs w:val="28"/>
          <w:bCs/>
        </w:rPr>
        <w:t>4  חלק ד׳ – התאמה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1. ראיון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א. תערובת של טעמים ומסורות מכמה בתים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2. כרטיס חפץ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ב. מראה מאיפה הגיעו משפחות התלמידים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3. מתכון משפחתי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ג. תערוכה משותפת של חפצי מורשת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4. מפה עם סיכות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ד. שיחה עם שאלות כדי ללמוד על מישהו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5. מוזיאון כיתתי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ה. דף עם שם, חומר, מקור ותאריך של חפץ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8"/>
          <w:rtl/>
          <w:szCs w:val="28"/>
          <w:bCs/>
        </w:rPr>
        <w:t>5  חלק ה׳ – סדר נכון - בניית פרויקט מורשת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מספרו את השלבים לפי הסדר הנכון (1, 2, 3...).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להציג את החפץ והסיפור במוזיאון הכיתתי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לבחור חפץ, מתכון או סיפור מהמשפחה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לראיין בן משפחה ולשאול שאלות פתוחות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למלא כרטיס חפץ עם כל הפרטים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לסמן את מקור המשפחה על מפה כיתתית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8"/>
          <w:rtl/>
          <w:szCs w:val="28"/>
          <w:bCs/>
        </w:rPr>
        <w:t>6  חלק ו׳ – שאלות פתוחות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כתבו תשובה מלאה במשפטים שלמים.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הסבירו אילו שלבים יש בראיון טוב.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הסבירו מדוע גם מתכון יכול להיות חפץ שמספר סיפור.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מה הכיתה גילתה מהמפה עם הסיכות, ומה זה מלמד?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4. כתבו איזה חפץ, מתכון או סיפור הייתם בוחרים להציג במוזיאון הכיתתי ולמה.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28"/>
          <w:rtl/>
          <w:szCs w:val="28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מה ההבדל בין שאלה פתוחה לשאלה סגורה?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מה כותבים בכרטיס חפץ?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תנו דוגמה אחת לחפץ מורשת ולמה הוא חשוב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24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דף תרגול: המורשת שלי – חפץ מספר סיפור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