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המורשת שלי – חפץ מספר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ראיון, חפץ, מתכון ומסע יכולים לספר על מורשת 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רושמים בכרטיס חפץ ולזהות שאלות פתוחות וסגורות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מורשת אישית, קהילתית ומשותפת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ספר לי על הבית שבו גדלת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את שם החפץ, ממה עשוי, ממי הגיע, מתי ומה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ראיון טוב כולל גם שאלות פתוחות שמזמינות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מתכון נושא היסטוריה ומסורת של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כרטיס חפץ כולל שם, חומר, מקור, תאריך וסיפור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(שיחה עם שאלות כדי ללמוד על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(דף עם שם, חומר, מקור ותאריך של חפץ)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(תערובת של טעמים ומסורות מכמה בתים)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(מראה מאיפה הגיעו משפחות התלמידים)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בניית פרויקט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חפץ, מתכון או סיפור מהמשפחה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לראיין בן משפחה ולשאול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למלא כרטיס חפץ עם כל הפרטים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לסמן את מקור המשפחה על מפה כיתתית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הכנת שאלות מראש, שילוב שאלות פתוחות וסגורות, הקשבה לסיפור, ואפשר לשאול שאלות 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מתכון עובר מדור לדור, מספר על מקום ותרבות, ולפעמים משלב כמה מסורות משפחתיות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פתוחה - תשובה ארוכה וסיפור, סגורה -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החפץ, חומר, מקור, תאריך וסיפור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שמחברת חפץ לסיפור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חפץ מהבית כדוגמה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בזוגות את ההבדל בין שאלה פתוחה לסגורה לפני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בניית המוזיאון הכיתתי כדאי להקדיש זמן למילוי כרטיס חפץ מלא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המורשת שלי – חפץ מספר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לומדים איך חפץ, מתכון, ראיון או סיפור מסע יכולים לספר על המורשת של המשפחה. בסוף התלמידים בונים יחד מוזיאון מורשת כיתתי.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פתוחה  ·  סיפור  ·  מסעות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-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מהשאלות הבאות היא שאלה פתוחה?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נולדת במרוקו?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ספר לי על הבית שבו גדלת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היה לך כלב?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רושמים בכרטיס 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את המחיר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 שם החפץ, ממה עשוי, ממי הגיע, מתי ומה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את הצבע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בראיון טוב שואלים רק שאלות סגורות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מתכון משפחתי יכול להיחשב חפץ שמספר 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כרטיס חפץ כולל רק את מחיר החפץ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שאלה __________ היא שאלה שמקבלים עליה תשובה ארוכה וסיפור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בכרטיס חפץ רושמים את השם, החומר, המקור, התאריך וה__________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על המפה הכיתתית סימנו את ה__________ של המשפחות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דף עם שם, חומר, מקור ותאריך של חפץ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כרטיס 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שיחה עם שאלות כדי ללמוד על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מתכון משפחתי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מראה מאיפה הגיעו משפחות התלמידים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מפה עם סיכות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תערובת של טעמים ומסורות מכמה בתים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בניית פרויקט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לראיין בן משפחה ולשאול שאלות פתוחות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לסמן את מקור המשפחה על מפה כיתתית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חפץ, מתכון או סיפור מהמשפחה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למלא כרטיס חפץ עם כל הפרטים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אילו שלבים יש בראיון טוב.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הסבירו מדוע גם מתכון יכול להיות חפץ שמספר 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שאלה פתוחה לשאלה סגורה?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כותבים בכרטיס חפץ?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המורשת שלי – חפץ מספר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